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36C76A" w14:textId="6725D14B" w:rsidR="00E0684A" w:rsidRDefault="00E0684A">
      <w:pPr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30DB0FB3" wp14:editId="4AFC0F75">
            <wp:extent cx="5486400" cy="8229600"/>
            <wp:effectExtent l="0" t="0" r="0" b="0"/>
            <wp:docPr id="302212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12403" name="Picture 3022124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F386432" w14:textId="33C5D986" w:rsidR="006915D9" w:rsidRDefault="00E0684A">
      <w:pPr>
        <w:pStyle w:val="Heading1"/>
      </w:pPr>
      <w:r>
        <w:lastRenderedPageBreak/>
        <w:t>Requirements Document: Fantasy Football</w:t>
      </w:r>
    </w:p>
    <w:p w14:paraId="1168B6DF" w14:textId="77777777" w:rsidR="006915D9" w:rsidRDefault="00E0684A">
      <w:pPr>
        <w:pStyle w:val="Heading2"/>
      </w:pPr>
      <w:r>
        <w:t>Project Title</w:t>
      </w:r>
    </w:p>
    <w:p w14:paraId="793C4148" w14:textId="77777777" w:rsidR="006915D9" w:rsidRDefault="00E0684A">
      <w:r>
        <w:t>EPL Football Manager App</w:t>
      </w:r>
    </w:p>
    <w:p w14:paraId="17A150CF" w14:textId="77777777" w:rsidR="006915D9" w:rsidRDefault="00E0684A">
      <w:pPr>
        <w:pStyle w:val="Heading2"/>
      </w:pPr>
      <w:r>
        <w:t>1. General Understanding</w:t>
      </w:r>
    </w:p>
    <w:p w14:paraId="22A5CD2C" w14:textId="5251859B" w:rsidR="006915D9" w:rsidRDefault="00E0684A">
      <w:r w:rsidRPr="00E0684A">
        <w:rPr>
          <w:rStyle w:val="Heading3Char"/>
        </w:rPr>
        <w:t>Purpose:</w:t>
      </w:r>
      <w:r>
        <w:t xml:space="preserve"> </w:t>
      </w:r>
      <w:r>
        <w:t xml:space="preserve">The Football Manager App will assist users in managing a fantasy football team by integrating real-time player data from the </w:t>
      </w:r>
      <w:r>
        <w:t xml:space="preserve">English Premier League (EPL) API. It will enable users to select players, track performances, and make strategic decisions to </w:t>
      </w:r>
      <w:proofErr w:type="spellStart"/>
      <w:r>
        <w:t>optimis</w:t>
      </w:r>
      <w:r>
        <w:t>e</w:t>
      </w:r>
      <w:proofErr w:type="spellEnd"/>
      <w:r>
        <w:t xml:space="preserve"> their team’s performance.</w:t>
      </w:r>
    </w:p>
    <w:p w14:paraId="4DBCDEC2" w14:textId="77777777" w:rsidR="006915D9" w:rsidRDefault="00E0684A">
      <w:r w:rsidRPr="00E0684A">
        <w:rPr>
          <w:rStyle w:val="Heading3Char"/>
        </w:rPr>
        <w:t>Problem Statement:</w:t>
      </w:r>
      <w:r>
        <w:t xml:space="preserve"> </w:t>
      </w:r>
      <w:r>
        <w:t>Managing a fantasy football team requires timely and accurate player data. Manual data collection can be inefficient and error-prone. This app automates data retrieval, analysis, and team management using the EPL API.</w:t>
      </w:r>
    </w:p>
    <w:p w14:paraId="61BAA725" w14:textId="77777777" w:rsidR="006915D9" w:rsidRDefault="00E0684A" w:rsidP="00E0684A">
      <w:pPr>
        <w:pStyle w:val="Heading2"/>
      </w:pPr>
      <w:r>
        <w:t>Goals:</w:t>
      </w:r>
    </w:p>
    <w:p w14:paraId="50AB1B25" w14:textId="77777777" w:rsidR="006915D9" w:rsidRDefault="00E0684A">
      <w:r>
        <w:t>- Build a Python-based application with a graphical user interface (GUI) using customTKinter.</w:t>
      </w:r>
    </w:p>
    <w:p w14:paraId="4F3D3913" w14:textId="77777777" w:rsidR="006915D9" w:rsidRDefault="00E0684A">
      <w:r>
        <w:t>- Integrate data retrieval from the EPL API for real-time player statistics.</w:t>
      </w:r>
    </w:p>
    <w:p w14:paraId="7AC3778C" w14:textId="77777777" w:rsidR="006915D9" w:rsidRDefault="00E0684A">
      <w:r>
        <w:t>- Provide user-friendly tools to analyze and manage a fantasy football team.</w:t>
      </w:r>
    </w:p>
    <w:p w14:paraId="37CE3A69" w14:textId="77777777" w:rsidR="006915D9" w:rsidRDefault="00E0684A">
      <w:pPr>
        <w:pStyle w:val="Heading2"/>
      </w:pPr>
      <w:r>
        <w:t>2. Stakeholder Requirements</w:t>
      </w:r>
    </w:p>
    <w:p w14:paraId="7DA38E0E" w14:textId="77777777" w:rsidR="006915D9" w:rsidRDefault="00E0684A" w:rsidP="00E0684A">
      <w:pPr>
        <w:pStyle w:val="Heading2"/>
      </w:pPr>
      <w:r>
        <w:t>Stakeholders:</w:t>
      </w:r>
    </w:p>
    <w:p w14:paraId="068DACF8" w14:textId="77777777" w:rsidR="006915D9" w:rsidRDefault="00E0684A">
      <w:r w:rsidRPr="00E0684A">
        <w:rPr>
          <w:rStyle w:val="Heading3Char"/>
        </w:rPr>
        <w:t>- Fantasy football players:</w:t>
      </w:r>
      <w:r>
        <w:t xml:space="preserve"> </w:t>
      </w:r>
      <w:r>
        <w:t>Require an app to select players, monitor performances, and make strategic changes.</w:t>
      </w:r>
    </w:p>
    <w:p w14:paraId="04315F91" w14:textId="77777777" w:rsidR="006915D9" w:rsidRDefault="00E0684A">
      <w:r w:rsidRPr="00E0684A">
        <w:rPr>
          <w:rStyle w:val="Heading3Char"/>
        </w:rPr>
        <w:t>- General football fans:</w:t>
      </w:r>
      <w:r>
        <w:t xml:space="preserve"> </w:t>
      </w:r>
      <w:r>
        <w:t>May use the app for tracking live statistics and standings.</w:t>
      </w:r>
    </w:p>
    <w:p w14:paraId="752BFD5D" w14:textId="77777777" w:rsidR="006915D9" w:rsidRDefault="00E0684A">
      <w:r>
        <w:t>Stakeholder Expectations:</w:t>
      </w:r>
    </w:p>
    <w:p w14:paraId="33A3C1C3" w14:textId="77777777" w:rsidR="006915D9" w:rsidRDefault="00E0684A">
      <w:r>
        <w:t>- Reliable integration with the EPL API for real-time data.</w:t>
      </w:r>
    </w:p>
    <w:p w14:paraId="2C4D1BC0" w14:textId="77777777" w:rsidR="006915D9" w:rsidRDefault="00E0684A">
      <w:r>
        <w:t>- Intuitive interface for team management.</w:t>
      </w:r>
    </w:p>
    <w:p w14:paraId="252E5A49" w14:textId="77777777" w:rsidR="006915D9" w:rsidRDefault="00E0684A">
      <w:r>
        <w:t>- Comprehensive analytics for decision-making.</w:t>
      </w:r>
    </w:p>
    <w:p w14:paraId="7E4A6B92" w14:textId="77777777" w:rsidR="006915D9" w:rsidRDefault="00E0684A">
      <w:r w:rsidRPr="00E0684A">
        <w:rPr>
          <w:rStyle w:val="Heading3Char"/>
        </w:rPr>
        <w:t>Stakeholder Validation:</w:t>
      </w:r>
      <w:r>
        <w:t xml:space="preserve"> </w:t>
      </w:r>
      <w:r>
        <w:t>Stakeholders will review the app’s prototype and provide feedback on the interface and functionality.</w:t>
      </w:r>
    </w:p>
    <w:p w14:paraId="1DBB1247" w14:textId="77777777" w:rsidR="00E0684A" w:rsidRDefault="00E0684A">
      <w:pPr>
        <w:rPr>
          <w:rFonts w:asciiTheme="majorHAnsi" w:eastAsiaTheme="majorEastAsia" w:hAnsiTheme="majorHAnsi" w:cstheme="majorBidi"/>
          <w:b/>
          <w:bCs/>
          <w:color w:val="156082" w:themeColor="accent1"/>
          <w:sz w:val="26"/>
          <w:szCs w:val="26"/>
        </w:rPr>
      </w:pPr>
      <w:r>
        <w:br w:type="page"/>
      </w:r>
    </w:p>
    <w:p w14:paraId="080DC411" w14:textId="60CFC4BB" w:rsidR="006915D9" w:rsidRDefault="00E0684A">
      <w:pPr>
        <w:pStyle w:val="Heading2"/>
      </w:pPr>
      <w:r>
        <w:lastRenderedPageBreak/>
        <w:t>3. Functional Requirements</w:t>
      </w:r>
    </w:p>
    <w:p w14:paraId="132775C1" w14:textId="77777777" w:rsidR="006915D9" w:rsidRDefault="00E0684A" w:rsidP="00E0684A">
      <w:pPr>
        <w:pStyle w:val="Heading3"/>
      </w:pPr>
      <w:r>
        <w:t>Team Management:</w:t>
      </w:r>
    </w:p>
    <w:p w14:paraId="6BDD1BB7" w14:textId="77777777" w:rsidR="006915D9" w:rsidRDefault="00E0684A">
      <w:r>
        <w:t>- Users can create a fantasy football team by selecting players from the EPL API.</w:t>
      </w:r>
    </w:p>
    <w:p w14:paraId="1C7D3AF0" w14:textId="77777777" w:rsidR="006915D9" w:rsidRDefault="00E0684A">
      <w:r>
        <w:t>- Users can view and edit their team lineup.</w:t>
      </w:r>
    </w:p>
    <w:p w14:paraId="0B4ABB9E" w14:textId="77777777" w:rsidR="006915D9" w:rsidRDefault="00E0684A" w:rsidP="00E0684A">
      <w:pPr>
        <w:pStyle w:val="Heading2"/>
      </w:pPr>
      <w:r>
        <w:t>Player Data and Analytics:</w:t>
      </w:r>
    </w:p>
    <w:p w14:paraId="4D0C593D" w14:textId="77777777" w:rsidR="006915D9" w:rsidRDefault="00E0684A">
      <w:r>
        <w:t>- Retrieve and display real-time player statistics (e.g., goals, assists, clean sheets).</w:t>
      </w:r>
    </w:p>
    <w:p w14:paraId="6DC865E1" w14:textId="77777777" w:rsidR="006915D9" w:rsidRDefault="00E0684A">
      <w:r>
        <w:t>- Provide analytics on player performance trends and value-for-money ratios.</w:t>
      </w:r>
    </w:p>
    <w:p w14:paraId="3BF95815" w14:textId="77777777" w:rsidR="006915D9" w:rsidRDefault="00E0684A" w:rsidP="00E0684A">
      <w:pPr>
        <w:pStyle w:val="Heading2"/>
      </w:pPr>
      <w:r>
        <w:t>Match Tracking:</w:t>
      </w:r>
    </w:p>
    <w:p w14:paraId="67B4F478" w14:textId="77777777" w:rsidR="006915D9" w:rsidRDefault="00E0684A">
      <w:r>
        <w:t>- Display upcoming fixtures and results for selected players.</w:t>
      </w:r>
    </w:p>
    <w:p w14:paraId="24138D71" w14:textId="77777777" w:rsidR="006915D9" w:rsidRDefault="00E0684A">
      <w:r>
        <w:t>- Provide notifications for key events (e.g., goals, injuries, suspensions).</w:t>
      </w:r>
    </w:p>
    <w:p w14:paraId="1D25E678" w14:textId="77777777" w:rsidR="006915D9" w:rsidRDefault="00E0684A" w:rsidP="00E0684A">
      <w:pPr>
        <w:pStyle w:val="Heading2"/>
      </w:pPr>
      <w:r>
        <w:t>League Standings:</w:t>
      </w:r>
    </w:p>
    <w:p w14:paraId="520748D5" w14:textId="77777777" w:rsidR="006915D9" w:rsidRDefault="00E0684A">
      <w:r>
        <w:t xml:space="preserve">- Display current EPL standings and team statistics </w:t>
      </w:r>
      <w:r>
        <w:t>retrieved from the API.</w:t>
      </w:r>
    </w:p>
    <w:p w14:paraId="7C81F8E7" w14:textId="77777777" w:rsidR="006915D9" w:rsidRDefault="00E0684A" w:rsidP="00E0684A">
      <w:pPr>
        <w:pStyle w:val="Heading2"/>
      </w:pPr>
      <w:r>
        <w:t>Save and Load User Data:</w:t>
      </w:r>
    </w:p>
    <w:p w14:paraId="2136BAD8" w14:textId="77777777" w:rsidR="006915D9" w:rsidRDefault="00E0684A">
      <w:r>
        <w:t>- Allow users to save their fantasy team configuration locally.</w:t>
      </w:r>
    </w:p>
    <w:p w14:paraId="4BAAACEF" w14:textId="77777777" w:rsidR="006915D9" w:rsidRDefault="00E0684A">
      <w:r>
        <w:t>- Load saved team data on app startup.</w:t>
      </w:r>
    </w:p>
    <w:p w14:paraId="6DB93D10" w14:textId="77777777" w:rsidR="006915D9" w:rsidRDefault="00E0684A">
      <w:pPr>
        <w:pStyle w:val="Heading2"/>
      </w:pPr>
      <w:r>
        <w:t>4. Non-Functional Requirements</w:t>
      </w:r>
    </w:p>
    <w:p w14:paraId="766892C2" w14:textId="77777777" w:rsidR="006915D9" w:rsidRDefault="00E0684A">
      <w:r>
        <w:t>Performance: The app should retrieve and display data from the EPL API within 2 seconds.</w:t>
      </w:r>
    </w:p>
    <w:p w14:paraId="24D317BC" w14:textId="77777777" w:rsidR="006915D9" w:rsidRDefault="00E0684A">
      <w:r w:rsidRPr="00E0684A">
        <w:rPr>
          <w:rStyle w:val="Heading3Char"/>
        </w:rPr>
        <w:t>Usability:</w:t>
      </w:r>
      <w:r>
        <w:t xml:space="preserve"> </w:t>
      </w:r>
      <w:r>
        <w:t>Ensure the interface is simple and intuitive, even for users unfamiliar with fantasy football.</w:t>
      </w:r>
    </w:p>
    <w:p w14:paraId="5142597E" w14:textId="77777777" w:rsidR="006915D9" w:rsidRDefault="00E0684A">
      <w:r w:rsidRPr="00E0684A">
        <w:rPr>
          <w:rStyle w:val="Heading3Char"/>
        </w:rPr>
        <w:t>Reliability:</w:t>
      </w:r>
      <w:r>
        <w:t xml:space="preserve"> </w:t>
      </w:r>
      <w:r>
        <w:t>Handle API errors gracefully, providing fallback messages or retry options.</w:t>
      </w:r>
    </w:p>
    <w:p w14:paraId="79701A93" w14:textId="77777777" w:rsidR="006915D9" w:rsidRDefault="00E0684A">
      <w:r w:rsidRPr="00E0684A">
        <w:rPr>
          <w:rStyle w:val="Heading3Char"/>
        </w:rPr>
        <w:t>Security:</w:t>
      </w:r>
      <w:r>
        <w:t xml:space="preserve"> </w:t>
      </w:r>
      <w:r>
        <w:t>Ensure user data, including team configurations, is securely stored.</w:t>
      </w:r>
    </w:p>
    <w:p w14:paraId="5CB87781" w14:textId="77777777" w:rsidR="006915D9" w:rsidRDefault="00E0684A">
      <w:r w:rsidRPr="00E0684A">
        <w:rPr>
          <w:rStyle w:val="Heading3Char"/>
        </w:rPr>
        <w:t>Portability:</w:t>
      </w:r>
      <w:r>
        <w:t xml:space="preserve"> </w:t>
      </w:r>
      <w:r>
        <w:t>The app must run on Windows, macOS, and Linux.</w:t>
      </w:r>
    </w:p>
    <w:p w14:paraId="2BCD84AE" w14:textId="77777777" w:rsidR="006915D9" w:rsidRDefault="00E0684A">
      <w:pPr>
        <w:pStyle w:val="Heading2"/>
      </w:pPr>
      <w:r>
        <w:t>5. Data Requirements</w:t>
      </w:r>
    </w:p>
    <w:p w14:paraId="0667C182" w14:textId="77777777" w:rsidR="006915D9" w:rsidRDefault="00E0684A">
      <w:r w:rsidRPr="00E0684A">
        <w:rPr>
          <w:rStyle w:val="Heading3Char"/>
        </w:rPr>
        <w:t>Player Data from EPL API:</w:t>
      </w:r>
      <w:r>
        <w:t xml:space="preserve"> </w:t>
      </w:r>
      <w:r>
        <w:t>Fields: Player name, position, team, goals, assists, yellow/red cards, clean sheets, current value, form.</w:t>
      </w:r>
    </w:p>
    <w:p w14:paraId="557757D7" w14:textId="77777777" w:rsidR="006915D9" w:rsidRDefault="00E0684A">
      <w:r w:rsidRPr="00E0684A">
        <w:rPr>
          <w:rStyle w:val="Heading3Char"/>
        </w:rPr>
        <w:t>Team Data from EPL API:</w:t>
      </w:r>
      <w:r>
        <w:t xml:space="preserve"> </w:t>
      </w:r>
      <w:r>
        <w:t>Fields: Team name, position in the table, points, goal difference.</w:t>
      </w:r>
    </w:p>
    <w:p w14:paraId="5E71B51C" w14:textId="77777777" w:rsidR="006915D9" w:rsidRDefault="00E0684A">
      <w:r w:rsidRPr="00E0684A">
        <w:rPr>
          <w:rStyle w:val="Heading3Char"/>
        </w:rPr>
        <w:t>Local User Data:</w:t>
      </w:r>
      <w:r>
        <w:t xml:space="preserve"> </w:t>
      </w:r>
      <w:r>
        <w:t>Fields: User-selected players, team name, saved configuration.</w:t>
      </w:r>
    </w:p>
    <w:p w14:paraId="4B3DE37D" w14:textId="77777777" w:rsidR="006915D9" w:rsidRDefault="00E0684A">
      <w:pPr>
        <w:pStyle w:val="Heading2"/>
      </w:pPr>
      <w:r>
        <w:lastRenderedPageBreak/>
        <w:t>6. System Requirements</w:t>
      </w:r>
    </w:p>
    <w:p w14:paraId="204D16F7" w14:textId="77777777" w:rsidR="006915D9" w:rsidRDefault="00E0684A" w:rsidP="00E0684A">
      <w:pPr>
        <w:pStyle w:val="Heading3"/>
      </w:pPr>
      <w:r>
        <w:t>Hardware Requirements:</w:t>
      </w:r>
    </w:p>
    <w:p w14:paraId="4876D26E" w14:textId="77777777" w:rsidR="006915D9" w:rsidRDefault="00E0684A">
      <w:r>
        <w:t>- Minimum: 2GB RAM, 1GHz CPU, 500MB storage.</w:t>
      </w:r>
    </w:p>
    <w:p w14:paraId="1173917E" w14:textId="77777777" w:rsidR="006915D9" w:rsidRDefault="00E0684A">
      <w:r>
        <w:t>- Recommended: 4GB RAM, 2GHz CPU, 1GB storage.</w:t>
      </w:r>
    </w:p>
    <w:p w14:paraId="19A145D9" w14:textId="77777777" w:rsidR="006915D9" w:rsidRDefault="00E0684A" w:rsidP="00E0684A">
      <w:pPr>
        <w:pStyle w:val="Heading3"/>
      </w:pPr>
      <w:r>
        <w:t>Software Requirements:</w:t>
      </w:r>
    </w:p>
    <w:p w14:paraId="5B015CB6" w14:textId="77777777" w:rsidR="006915D9" w:rsidRDefault="00E0684A">
      <w:r>
        <w:t>- Python 3.10 or later.</w:t>
      </w:r>
    </w:p>
    <w:p w14:paraId="5E4EABE0" w14:textId="77777777" w:rsidR="006915D9" w:rsidRDefault="00E0684A" w:rsidP="00E0684A">
      <w:pPr>
        <w:pStyle w:val="Heading3"/>
      </w:pPr>
      <w:r>
        <w:t>- Libraries:</w:t>
      </w:r>
    </w:p>
    <w:p w14:paraId="0B249096" w14:textId="77777777" w:rsidR="006915D9" w:rsidRDefault="00E0684A">
      <w:r>
        <w:t xml:space="preserve">  - customTKinter for the GUI.</w:t>
      </w:r>
    </w:p>
    <w:p w14:paraId="14CB86AA" w14:textId="77777777" w:rsidR="006915D9" w:rsidRDefault="00E0684A">
      <w:r>
        <w:t xml:space="preserve">  - Requests for API calls.</w:t>
      </w:r>
    </w:p>
    <w:p w14:paraId="5EF9D5C3" w14:textId="77777777" w:rsidR="006915D9" w:rsidRDefault="00E0684A">
      <w:r>
        <w:t xml:space="preserve">  - JSON for data handling.</w:t>
      </w:r>
    </w:p>
    <w:p w14:paraId="318A87E9" w14:textId="77777777" w:rsidR="006915D9" w:rsidRDefault="00E0684A">
      <w:r>
        <w:t xml:space="preserve">  - Matplotlib for visualizing player performance trends.</w:t>
      </w:r>
    </w:p>
    <w:p w14:paraId="2A8CC8F7" w14:textId="77777777" w:rsidR="006915D9" w:rsidRDefault="00E0684A">
      <w:pPr>
        <w:pStyle w:val="Heading2"/>
      </w:pPr>
      <w:r>
        <w:t>7. Constraints</w:t>
      </w:r>
    </w:p>
    <w:p w14:paraId="760684F8" w14:textId="77777777" w:rsidR="006915D9" w:rsidRDefault="00E0684A">
      <w:r>
        <w:t>Time Constraints: The app must be completed within 10 weeks.</w:t>
      </w:r>
    </w:p>
    <w:p w14:paraId="732804BE" w14:textId="77777777" w:rsidR="006915D9" w:rsidRDefault="00E0684A">
      <w:r>
        <w:t>Budget Constraints: Development must use open-source tools and free API tiers.</w:t>
      </w:r>
    </w:p>
    <w:p w14:paraId="614AE788" w14:textId="77777777" w:rsidR="006915D9" w:rsidRDefault="00E0684A">
      <w:r>
        <w:t xml:space="preserve">Technical Limitations: Limited to the </w:t>
      </w:r>
      <w:r>
        <w:t>data fields and refresh rates provided by the EPL API.</w:t>
      </w:r>
    </w:p>
    <w:p w14:paraId="11A125A6" w14:textId="77777777" w:rsidR="006915D9" w:rsidRDefault="00E0684A">
      <w:pPr>
        <w:pStyle w:val="Heading2"/>
      </w:pPr>
      <w:r>
        <w:t>8. Validation and Review</w:t>
      </w:r>
    </w:p>
    <w:p w14:paraId="6E2E1197" w14:textId="77777777" w:rsidR="006915D9" w:rsidRDefault="00E0684A" w:rsidP="00E0684A">
      <w:pPr>
        <w:pStyle w:val="Heading3"/>
      </w:pPr>
      <w:r>
        <w:t>Validation:</w:t>
      </w:r>
    </w:p>
    <w:p w14:paraId="7865C836" w14:textId="77777777" w:rsidR="006915D9" w:rsidRDefault="00E0684A">
      <w:r>
        <w:t>- Stakeholders will test the app’s functionality against requirements during weekly reviews.</w:t>
      </w:r>
    </w:p>
    <w:p w14:paraId="73BEB148" w14:textId="77777777" w:rsidR="006915D9" w:rsidRDefault="00E0684A">
      <w:r>
        <w:t>- Functional and non-functional requirements will be verified using unit and integration tests.</w:t>
      </w:r>
    </w:p>
    <w:p w14:paraId="75A4061F" w14:textId="77777777" w:rsidR="006915D9" w:rsidRDefault="00E0684A" w:rsidP="00E0684A">
      <w:pPr>
        <w:pStyle w:val="Heading3"/>
      </w:pPr>
      <w:r>
        <w:t>Review:</w:t>
      </w:r>
    </w:p>
    <w:p w14:paraId="308BD3EA" w14:textId="77777777" w:rsidR="006915D9" w:rsidRDefault="00E0684A">
      <w:r>
        <w:t>- Requirements will be revisited every two weeks to ensure alignment with the project’s goals and stakeholders' feedback.</w:t>
      </w:r>
    </w:p>
    <w:p w14:paraId="7F4D8D33" w14:textId="77777777" w:rsidR="006915D9" w:rsidRDefault="00E0684A">
      <w:pPr>
        <w:pStyle w:val="Heading2"/>
      </w:pPr>
      <w:r>
        <w:t>Final Check</w:t>
      </w:r>
    </w:p>
    <w:p w14:paraId="5D2ECB85" w14:textId="77777777" w:rsidR="006915D9" w:rsidRDefault="00E0684A">
      <w:r>
        <w:t>- Requirements are documented in a clear and structured format.</w:t>
      </w:r>
    </w:p>
    <w:p w14:paraId="6742A008" w14:textId="77777777" w:rsidR="006915D9" w:rsidRDefault="00E0684A">
      <w:r>
        <w:t>- All functional and non-functional requirements are testable.</w:t>
      </w:r>
    </w:p>
    <w:p w14:paraId="02023045" w14:textId="77777777" w:rsidR="006915D9" w:rsidRDefault="00E0684A">
      <w:r>
        <w:t>- Stakeholders have approved the final requirements document.</w:t>
      </w:r>
    </w:p>
    <w:sectPr w:rsidR="006915D9" w:rsidSect="00034616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B01121" w14:textId="77777777" w:rsidR="00E0684A" w:rsidRDefault="00E0684A" w:rsidP="00E0684A">
      <w:pPr>
        <w:spacing w:after="0" w:line="240" w:lineRule="auto"/>
      </w:pPr>
      <w:r>
        <w:separator/>
      </w:r>
    </w:p>
  </w:endnote>
  <w:endnote w:type="continuationSeparator" w:id="0">
    <w:p w14:paraId="347CAC6D" w14:textId="77777777" w:rsidR="00E0684A" w:rsidRDefault="00E0684A" w:rsidP="00E06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FC371" w14:textId="45AC9FC4" w:rsidR="00E0684A" w:rsidRDefault="00E0684A">
    <w:pPr>
      <w:pStyle w:val="Footer"/>
    </w:pPr>
    <w:r>
      <w:t>Student Name | Date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2008EC" w14:textId="77777777" w:rsidR="00E0684A" w:rsidRDefault="00E0684A" w:rsidP="00E0684A">
      <w:pPr>
        <w:spacing w:after="0" w:line="240" w:lineRule="auto"/>
      </w:pPr>
      <w:r>
        <w:separator/>
      </w:r>
    </w:p>
  </w:footnote>
  <w:footnote w:type="continuationSeparator" w:id="0">
    <w:p w14:paraId="5C706110" w14:textId="77777777" w:rsidR="00E0684A" w:rsidRDefault="00E0684A" w:rsidP="00E06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DE8F4" w14:textId="45B82E3C" w:rsidR="00E0684A" w:rsidRDefault="00E0684A">
    <w:pPr>
      <w:pStyle w:val="Header"/>
    </w:pPr>
    <w:r>
      <w:t>HSC Software Engineering – Personal Project (Advanced Challenge)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81062437">
    <w:abstractNumId w:val="8"/>
  </w:num>
  <w:num w:numId="2" w16cid:durableId="1430740057">
    <w:abstractNumId w:val="6"/>
  </w:num>
  <w:num w:numId="3" w16cid:durableId="695038300">
    <w:abstractNumId w:val="5"/>
  </w:num>
  <w:num w:numId="4" w16cid:durableId="1337882732">
    <w:abstractNumId w:val="4"/>
  </w:num>
  <w:num w:numId="5" w16cid:durableId="1016032653">
    <w:abstractNumId w:val="7"/>
  </w:num>
  <w:num w:numId="6" w16cid:durableId="150216246">
    <w:abstractNumId w:val="3"/>
  </w:num>
  <w:num w:numId="7" w16cid:durableId="450049070">
    <w:abstractNumId w:val="2"/>
  </w:num>
  <w:num w:numId="8" w16cid:durableId="992024623">
    <w:abstractNumId w:val="1"/>
  </w:num>
  <w:num w:numId="9" w16cid:durableId="1685286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6915D9"/>
    <w:rsid w:val="00877F0E"/>
    <w:rsid w:val="00AA1D8D"/>
    <w:rsid w:val="00B47730"/>
    <w:rsid w:val="00CB0664"/>
    <w:rsid w:val="00E0684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9D23DE"/>
  <w14:defaultImageDpi w14:val="300"/>
  <w15:docId w15:val="{F1A56000-BE22-45F0-9AAA-5DCA6DFFD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156082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156082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156082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E97132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E9713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Dean Groom</cp:lastModifiedBy>
  <cp:revision>2</cp:revision>
  <dcterms:created xsi:type="dcterms:W3CDTF">2024-12-04T00:49:00Z</dcterms:created>
  <dcterms:modified xsi:type="dcterms:W3CDTF">2024-12-04T00:49:00Z</dcterms:modified>
  <cp:category/>
</cp:coreProperties>
</file>